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241D"/>
        </w:rPr>
        <w:t>Pretenzija dėl netinkamos kokybės prekės</w:t>
      </w:r>
    </w:p>
    <w:p>
      <w:pPr>
        <w:spacing w:after="200"/>
      </w:pPr>
      <w:r>
        <w:rPr>
          <w:b/>
          <w:i w:val="0"/>
        </w:rPr>
        <w:t>Kam:</w:t>
      </w:r>
      <w:r>
        <w:rPr>
          <w:b w:val="0"/>
          <w:i w:val="0"/>
        </w:rPr>
        <w:t xml:space="preserve"> Kraulis, MB, įmonės kodas 307605802, Žirnių g. 6, 02120 Vilnius, el. paštas info@kraulis.lt</w:t>
      </w:r>
    </w:p>
    <w:p>
      <w:pPr>
        <w:spacing w:after="200"/>
      </w:pPr>
      <w:r>
        <w:rPr>
          <w:b w:val="0"/>
          <w:i w:val="0"/>
        </w:rPr>
        <w:t>Vardas, pavardė: ________________________________________</w:t>
      </w:r>
    </w:p>
    <w:p>
      <w:pPr>
        <w:spacing w:after="200"/>
      </w:pPr>
      <w:r>
        <w:rPr>
          <w:b w:val="0"/>
          <w:i w:val="0"/>
        </w:rPr>
        <w:t>Kontaktai (el. paštas, telefonas): ________________________________________</w:t>
      </w:r>
    </w:p>
    <w:p>
      <w:pPr>
        <w:spacing w:after="200"/>
      </w:pPr>
      <w:r>
        <w:rPr>
          <w:b w:val="0"/>
          <w:i w:val="0"/>
        </w:rPr>
        <w:t>Užsakymo numeris ir data: ________________________________________</w:t>
      </w:r>
    </w:p>
    <w:p>
      <w:pPr>
        <w:spacing w:after="200"/>
      </w:pPr>
      <w:r>
        <w:rPr>
          <w:b w:val="0"/>
          <w:i w:val="0"/>
        </w:rPr>
        <w:t>Prekė (pavadinimas, modelis): ________________________________________</w:t>
      </w:r>
    </w:p>
    <w:p>
      <w:pPr>
        <w:spacing w:after="200"/>
      </w:pPr>
      <w:r>
        <w:rPr>
          <w:b w:val="0"/>
          <w:i w:val="0"/>
        </w:rPr>
        <w:t>Trūkumo aprašymas (kada pastebėtas, kaip pasireiškia): ______________________________________________</w:t>
      </w:r>
    </w:p>
    <w:p>
      <w:pPr>
        <w:spacing w:after="200"/>
      </w:pPr>
      <w:r>
        <w:rPr>
          <w:b w:val="0"/>
          <w:i w:val="0"/>
        </w:rPr>
        <w:t>Ar prekė buvo sumontuota? Jei taip – kas montavo (įmonė / specialistas, atestato Nr.): ________________________________________</w:t>
      </w:r>
    </w:p>
    <w:p>
      <w:pPr>
        <w:spacing w:after="200"/>
      </w:pPr>
      <w:r>
        <w:rPr>
          <w:b w:val="0"/>
          <w:i w:val="0"/>
        </w:rPr>
        <w:t>Jūsų reikalavimas (pažymėkite): ☐ nemokamai pataisyti prekę ☐ pakeisti tinkamos kokybės preke ☐ sumažinti kainą ☐ nutraukti sutartį ir grąžinti pinigus</w:t>
      </w:r>
    </w:p>
    <w:p>
      <w:pPr>
        <w:spacing w:after="200"/>
      </w:pPr>
      <w:r>
        <w:rPr>
          <w:b w:val="0"/>
          <w:i w:val="0"/>
        </w:rPr>
        <w:t>Priedai (nuotraukos, montavimo / paleidimo aktas): ________________________________________</w:t>
      </w:r>
    </w:p>
    <w:p>
      <w:pPr>
        <w:spacing w:after="200"/>
      </w:pPr>
      <w:r>
        <w:rPr>
          <w:b w:val="0"/>
          <w:i w:val="0"/>
        </w:rPr>
        <w:t>Data ir parašas: 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