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7241D"/>
        </w:rPr>
        <w:t>Sutarties atsisakymo forma</w:t>
      </w:r>
    </w:p>
    <w:p>
      <w:pPr>
        <w:spacing w:after="200"/>
      </w:pPr>
      <w:r>
        <w:rPr>
          <w:b w:val="0"/>
          <w:i/>
        </w:rPr>
        <w:t>(Pildykite ir siųskite tik tuo atveju, jei norite atsisakyti sutarties. Formą galite nukopijuoti į el. laišką arba atsispausdinti.)</w:t>
      </w:r>
    </w:p>
    <w:p>
      <w:pPr>
        <w:spacing w:after="200"/>
      </w:pPr>
      <w:r>
        <w:rPr>
          <w:b/>
          <w:i w:val="0"/>
        </w:rPr>
        <w:t>Kam:</w:t>
      </w:r>
      <w:r>
        <w:rPr>
          <w:b w:val="0"/>
          <w:i w:val="0"/>
        </w:rPr>
        <w:t xml:space="preserve"> Kraulis, MB, įmonės kodas 307605802, Žirnių g. 6, 02120 Vilnius, el. paštas info@kraulis.lt</w:t>
      </w:r>
    </w:p>
    <w:p>
      <w:pPr>
        <w:spacing w:after="200"/>
      </w:pPr>
      <w:r>
        <w:rPr>
          <w:b w:val="0"/>
          <w:i w:val="0"/>
        </w:rPr>
        <w:t>Aš (mes) pranešu (pranešame), kad atsisakau (atsisakome) šių prekių pirkimo–pardavimo sutarties:</w:t>
      </w:r>
    </w:p>
    <w:p>
      <w:pPr>
        <w:spacing w:after="200"/>
      </w:pPr>
      <w:r>
        <w:rPr>
          <w:b w:val="0"/>
          <w:i w:val="0"/>
        </w:rPr>
        <w:t>______________________________________________</w:t>
      </w:r>
    </w:p>
    <w:p>
      <w:pPr>
        <w:spacing w:after="200"/>
      </w:pPr>
      <w:r>
        <w:rPr>
          <w:b w:val="0"/>
          <w:i w:val="0"/>
        </w:rPr>
        <w:t>Užsakymo numeris: ________________________________________</w:t>
      </w:r>
    </w:p>
    <w:p>
      <w:pPr>
        <w:spacing w:after="200"/>
      </w:pPr>
      <w:r>
        <w:rPr>
          <w:b w:val="0"/>
          <w:i w:val="0"/>
        </w:rPr>
        <w:t>Užsakymo data / prekių gavimo data: ________________________________________ / ________________________________________</w:t>
      </w:r>
    </w:p>
    <w:p>
      <w:pPr>
        <w:spacing w:after="200"/>
      </w:pPr>
      <w:r>
        <w:rPr>
          <w:b w:val="0"/>
          <w:i w:val="0"/>
        </w:rPr>
        <w:t>Vardas, pavardė: ________________________________________</w:t>
      </w:r>
    </w:p>
    <w:p>
      <w:pPr>
        <w:spacing w:after="200"/>
      </w:pPr>
      <w:r>
        <w:rPr>
          <w:b w:val="0"/>
          <w:i w:val="0"/>
        </w:rPr>
        <w:t>Adresas: ________________________________________</w:t>
      </w:r>
    </w:p>
    <w:p>
      <w:pPr>
        <w:spacing w:after="200"/>
      </w:pPr>
      <w:r>
        <w:rPr>
          <w:b w:val="0"/>
          <w:i w:val="0"/>
        </w:rPr>
        <w:t>Banko sąskaita pinigams grąžinti (IBAN): ________________________________________</w:t>
      </w:r>
    </w:p>
    <w:p>
      <w:pPr>
        <w:spacing w:after="200"/>
      </w:pPr>
      <w:r>
        <w:rPr>
          <w:b w:val="0"/>
          <w:i w:val="0"/>
        </w:rPr>
        <w:t>Parašas (tik jei forma teikiama popieriuje): ________________________________________</w:t>
      </w:r>
    </w:p>
    <w:p>
      <w:pPr>
        <w:spacing w:after="200"/>
      </w:pPr>
      <w:r>
        <w:rPr>
          <w:b w:val="0"/>
          <w:i w:val="0"/>
        </w:rPr>
        <w:t>Data: ________________________________________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